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Pine and Porch Edited Homepage Copy</w:t>
      </w:r>
    </w:p>
    <w:p>
      <w:pPr>
        <w:pStyle w:val="Subtitle"/>
      </w:pPr>
      <w:r>
        <w:rPr>
          <w:rFonts w:ascii="Aptos" w:hAnsi="Aptos"/>
          <w:color w:val="416478"/>
          <w:sz w:val="20"/>
        </w:rPr>
        <w:t>Order and Field copy editing demonstration</w:t>
      </w:r>
    </w:p>
    <w:p>
      <w:pPr>
        <w:spacing w:after="200"/>
      </w:pPr>
      <w:r>
        <w:t>Clean replacement copy for the fictional Pine and Porch Plant Care homepage. It is organized for direct handoff to a website editor and preserves the supplied business facts and limits.</w:t>
      </w:r>
    </w:p>
    <w:p>
      <w:pPr>
        <w:spacing w:before="100" w:after="160"/>
      </w:pPr>
      <w:r>
        <w:rPr>
          <w:rFonts w:ascii="Aptos" w:hAnsi="Aptos"/>
          <w:b/>
          <w:color w:val="416478"/>
          <w:sz w:val="17"/>
        </w:rPr>
        <w:t>EDITED COPY   144 WORDS</w:t>
      </w:r>
    </w:p>
    <w:p>
      <w:pPr>
        <w:pStyle w:val="Heading1"/>
      </w:pPr>
      <w:r>
        <w:t>Plant care for Raleigh apartments and small offices</w:t>
      </w:r>
    </w:p>
    <w:p>
      <w:r>
        <w:t>Not sure what your plants need, or simply need help keeping up with their care? Pine and Porch Plant Care serves apartment residents and small offices in Raleigh and Cary, North Carolina.</w:t>
      </w:r>
    </w:p>
    <w:p>
      <w:pPr>
        <w:pStyle w:val="Heading1"/>
      </w:pPr>
      <w:r>
        <w:t>Choose the help your plants need</w:t>
      </w:r>
    </w:p>
    <w:p>
      <w:r>
        <w:t>Book an in-home consultation to review the plants in your space and discuss their care. If you need ongoing help, schedule watering visits for an agreed timetable. Repotting is also available when a plant needs a different pot.</w:t>
      </w:r>
    </w:p>
    <w:p>
      <w:pPr>
        <w:pStyle w:val="Heading1"/>
      </w:pPr>
      <w:r>
        <w:t>Request a visit</w:t>
      </w:r>
    </w:p>
    <w:p>
      <w:r>
        <w:t>Appointments are available Tuesday through Saturday. Use the website contact form or email us with your location, type of space, and the service you need. Please arrange building access before the appointment.</w:t>
      </w:r>
    </w:p>
    <w:p>
      <w:r>
        <w:t>Pine and Porch Plant Care does not offer emergency service. Contact us to ask about an appointment in Raleigh or Cary.</w:t>
      </w:r>
    </w:p>
    <w:p>
      <w:pPr>
        <w:spacing w:before="140" w:after="80"/>
      </w:pPr>
      <w:r>
        <w:rPr>
          <w:b/>
          <w:color w:val="416478"/>
        </w:rPr>
        <w:t>Request a plant-care visit</w:t>
      </w:r>
    </w:p>
    <w:p>
      <w:pPr>
        <w:pStyle w:val="Heading1"/>
      </w:pPr>
      <w:r>
        <w:t>Demonstration note</w:t>
      </w:r>
    </w:p>
    <w:p>
      <w:r>
        <w:t>This is a fictional business demonstration created for the Order and Field portfolio. It is not past client work.</w:t>
      </w:r>
    </w:p>
    <w:sectPr w:rsidR="00FC693F" w:rsidRPr="0006063C" w:rsidSect="00034616">
      <w:headerReference w:type="default" r:id="rId9"/>
      <w:footerReference w:type="default" r:id="rId10"/>
      <w:pgSz w:w="12240" w:h="15840"/>
      <w:pgMar w:top="1037" w:right="1181" w:bottom="1008"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6747A"/>
        <w:sz w:val="16"/>
      </w:rPr>
      <w:t>Fictional business sample   |   Not client work</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416478"/>
        <w:sz w:val="16"/>
      </w:rPr>
      <w:t>ORDER AND FIELD   |   DEMONSTRATION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ptos" w:hAnsi="Aptos"/>
      <w:color w:val="142C3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before="0"/>
      <w:contextualSpacing/>
    </w:pPr>
    <w:rPr>
      <w:rFonts w:asciiTheme="majorHAnsi" w:eastAsiaTheme="majorEastAsia" w:hAnsiTheme="majorHAnsi" w:cstheme="majorBidi" w:ascii="Aptos Display" w:hAnsi="Aptos Display"/>
      <w:b w:val="0"/>
      <w:color w:val="00000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